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FORMULARZ ODSTĄPIENIA OD UMOWY</w:t>
      </w:r>
    </w:p>
    <w:p>
      <w:r>
        <w:t>Adresat:</w:t>
      </w:r>
    </w:p>
    <w:p>
      <w:r>
        <w:t>Prestige Design Magdalena Głąb</w:t>
      </w:r>
    </w:p>
    <w:p>
      <w:r>
        <w:t>ul. Sosnowa 13, 26-902 Augustów, gmina Grabów nad Pilicą, powiat kozienicki, woj. mazowieckie</w:t>
      </w:r>
    </w:p>
    <w:p>
      <w:r>
        <w:t>E-mail: kontakt@luksusowemeble.com.pl</w:t>
      </w:r>
    </w:p>
    <w:p>
      <w:r>
        <w:t>Oświadczenie:</w:t>
      </w:r>
    </w:p>
    <w:p>
      <w:r>
        <w:t>Ja/My(*) niżej podpisany(i) niniejszym informuję/informujemy(*) o odstąpieniu od umowy sprzedaży następujących rzeczy:</w:t>
      </w:r>
    </w:p>
    <w:p>
      <w:r>
        <w:t>.............................................................................</w:t>
      </w:r>
    </w:p>
    <w:p>
      <w:r>
        <w:t>Data zawarcia umowy(*)/odbioru(*): ................................................</w:t>
      </w:r>
    </w:p>
    <w:p>
      <w:r>
        <w:t>Imię i nazwisko konsumenta(-ów): ................................................</w:t>
      </w:r>
    </w:p>
    <w:p>
      <w:r>
        <w:t>Adres konsumenta(-ów): ................................................</w:t>
      </w:r>
    </w:p>
    <w:p>
      <w:r>
        <w:t>Podpis konsumenta(-ów) (tylko jeżeli formularz przesyłany jest w wersji papierowej): ......................</w:t>
      </w:r>
    </w:p>
    <w:p>
      <w:r>
        <w:t>Data: ................................................</w:t>
      </w:r>
    </w:p>
    <w:p>
      <w:r>
        <w:t>(*) niepotrzebne skreślić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